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[Meno a priezvisko alebo názov firmy]</w:t>
      </w:r>
    </w:p>
    <w:p>
      <w:r>
        <w:t>[Ulica a číslo]</w:t>
      </w:r>
    </w:p>
    <w:p>
      <w:r>
        <w:t>[PSČ a mesto]</w:t>
      </w:r>
    </w:p>
    <w:p/>
    <w:p>
      <w:pPr>
        <w:jc w:val="right"/>
      </w:pPr>
      <w:r>
        <w:t>[Názov poisťovne]</w:t>
      </w:r>
    </w:p>
    <w:p>
      <w:pPr>
        <w:jc w:val="right"/>
      </w:pPr>
      <w:r>
        <w:t>[Adresa poisťovne]</w:t>
      </w:r>
    </w:p>
    <w:p>
      <w:pPr>
        <w:jc w:val="right"/>
      </w:pPr>
      <w:r>
        <w:t>[PSČ a mesto]</w:t>
      </w:r>
    </w:p>
    <w:p/>
    <w:p>
      <w:r>
        <w:t xml:space="preserve">Vec: </w:t>
      </w:r>
      <w:r>
        <w:rPr>
          <w:b/>
        </w:rPr>
        <w:t>Výpoveď poistnej zmluvy PZP č. [číslo poistnej zmluvy]</w:t>
      </w:r>
    </w:p>
    <w:p/>
    <w:p>
      <w:r>
        <w:t>V súlade s ustanovením § 800 ods. 1 Občianskeho zákonníka a platnými Všeobecnými poistnými podmienkami Vašej poisťovne podávam výpoveď poistnej zmluvy o povinnom zmluvnom poistení zodpovednosti za škodu spôsobenú prevádzkou motorového vozidla ku koncu poistného obdobia.</w:t>
        <w:br/>
        <w:br/>
        <w:t>Značka vozidla: [napr. Škoda Octavia]</w:t>
        <w:br/>
        <w:t>Evidenčné číslo (EČV): [napr. KE123XY]</w:t>
        <w:br/>
        <w:br/>
        <w:t>Zároveň Vás žiadam o zaslanie dokladu o doterajšom škodovom priebehu poistenia PZP na vyššie uvedenú adresu.</w:t>
        <w:br/>
        <w:br/>
        <w:t>Za doterajšiu spoluprácu Vám ďakujem.</w:t>
        <w:br/>
        <w:br/>
        <w:t>S pozdravom,</w:t>
      </w:r>
    </w:p>
    <w:p>
      <w:r>
        <w:br/>
        <w:br/>
        <w:t>__________________________</w:t>
      </w:r>
    </w:p>
    <w:p>
      <w:r>
        <w:t>Podpis poistníka</w:t>
      </w:r>
    </w:p>
    <w:p>
      <w:r>
        <w:br/>
        <w:t>Dátum: [napr. 31.07.2025]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